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0" w:type="dxa"/>
        <w:tblLayout w:type="fixed"/>
        <w:tblLook w:val="04A0" w:firstRow="1" w:lastRow="0" w:firstColumn="1" w:lastColumn="0" w:noHBand="0" w:noVBand="1"/>
      </w:tblPr>
      <w:tblGrid>
        <w:gridCol w:w="4503"/>
        <w:gridCol w:w="5947"/>
      </w:tblGrid>
      <w:tr w:rsidR="00712C7B" w:rsidRPr="00E56D9A" w:rsidTr="00712C7B">
        <w:tc>
          <w:tcPr>
            <w:tcW w:w="4503" w:type="dxa"/>
          </w:tcPr>
          <w:p w:rsidR="00581BE0" w:rsidRPr="00712C7B" w:rsidRDefault="00581BE0">
            <w:pPr>
              <w:spacing w:after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947" w:type="dxa"/>
          </w:tcPr>
          <w:p w:rsidR="00581BE0" w:rsidRPr="00712C7B" w:rsidRDefault="00000000" w:rsidP="00712C7B">
            <w:pPr>
              <w:spacing w:after="0"/>
              <w:jc w:val="right"/>
              <w:rPr>
                <w:rFonts w:cs="Times New Roman"/>
                <w:sz w:val="28"/>
                <w:szCs w:val="28"/>
                <w:lang w:val="ru-RU"/>
              </w:rPr>
            </w:pPr>
            <w:r w:rsidRPr="00712C7B">
              <w:rPr>
                <w:rFonts w:cs="Times New Roman"/>
                <w:bCs/>
                <w:sz w:val="28"/>
                <w:szCs w:val="28"/>
                <w:lang w:val="ru-RU"/>
              </w:rPr>
              <w:t>Индивидуальному предпринимателю</w:t>
            </w:r>
            <w:r w:rsidRPr="00712C7B">
              <w:rPr>
                <w:rFonts w:cs="Times New Roman"/>
                <w:bCs/>
                <w:sz w:val="28"/>
                <w:szCs w:val="28"/>
                <w:lang w:val="ru-RU"/>
              </w:rPr>
              <w:br/>
            </w:r>
            <w:r w:rsidR="00712C7B" w:rsidRPr="00712C7B">
              <w:rPr>
                <w:rFonts w:cs="Times New Roman"/>
                <w:bCs/>
                <w:sz w:val="28"/>
                <w:szCs w:val="28"/>
                <w:lang w:val="ru-RU"/>
              </w:rPr>
              <w:t>Ахмед</w:t>
            </w:r>
            <w:r w:rsidR="00E56D9A">
              <w:rPr>
                <w:rFonts w:cs="Times New Roman"/>
                <w:bCs/>
                <w:sz w:val="28"/>
                <w:szCs w:val="28"/>
                <w:lang w:val="ru-RU"/>
              </w:rPr>
              <w:t>у</w:t>
            </w:r>
            <w:r w:rsidR="00712C7B" w:rsidRPr="00712C7B">
              <w:rPr>
                <w:rFonts w:cs="Times New Roman"/>
                <w:bCs/>
                <w:sz w:val="28"/>
                <w:szCs w:val="28"/>
                <w:lang w:val="ru-RU"/>
              </w:rPr>
              <w:t xml:space="preserve"> Амиру </w:t>
            </w:r>
            <w:proofErr w:type="spellStart"/>
            <w:r w:rsidR="00712C7B" w:rsidRPr="00712C7B">
              <w:rPr>
                <w:rFonts w:cs="Times New Roman"/>
                <w:bCs/>
                <w:sz w:val="28"/>
                <w:szCs w:val="28"/>
                <w:lang w:val="ru-RU"/>
              </w:rPr>
              <w:t>Саджадовичу</w:t>
            </w:r>
            <w:proofErr w:type="spellEnd"/>
            <w:r w:rsidRPr="00712C7B">
              <w:rPr>
                <w:rFonts w:cs="Times New Roman"/>
                <w:bCs/>
                <w:sz w:val="28"/>
                <w:szCs w:val="28"/>
                <w:lang w:val="ru-RU"/>
              </w:rPr>
              <w:br/>
              <w:t>от __________________________</w:t>
            </w:r>
            <w:r w:rsidRPr="00712C7B">
              <w:rPr>
                <w:rFonts w:cs="Times New Roman"/>
                <w:sz w:val="28"/>
                <w:szCs w:val="28"/>
                <w:lang w:val="ru-RU"/>
              </w:rPr>
              <w:br/>
              <w:t>__________________________</w:t>
            </w:r>
          </w:p>
        </w:tc>
      </w:tr>
    </w:tbl>
    <w:p w:rsidR="00581BE0" w:rsidRPr="00712C7B" w:rsidRDefault="00581BE0">
      <w:pPr>
        <w:rPr>
          <w:rFonts w:cs="Times New Roman"/>
          <w:sz w:val="28"/>
          <w:szCs w:val="28"/>
          <w:lang w:val="ru-RU"/>
        </w:rPr>
      </w:pPr>
    </w:p>
    <w:p w:rsidR="00581BE0" w:rsidRPr="00712C7B" w:rsidRDefault="00000000">
      <w:pPr>
        <w:spacing w:before="80"/>
        <w:jc w:val="center"/>
        <w:rPr>
          <w:rFonts w:cs="Times New Roman"/>
          <w:sz w:val="28"/>
          <w:szCs w:val="28"/>
          <w:lang w:val="ru-RU"/>
        </w:rPr>
      </w:pPr>
      <w:r w:rsidRPr="00712C7B">
        <w:rPr>
          <w:rFonts w:cs="Times New Roman"/>
          <w:b/>
          <w:sz w:val="28"/>
          <w:szCs w:val="28"/>
          <w:lang w:val="ru-RU"/>
        </w:rPr>
        <w:t>ЗАЯВЛЕНИЕ О ПОДГОТОВКЕ ДОКУМЕНТОВ ДЛЯ ОПЛАТЫ МАТЕРИНСКИМ КАПИТАЛОМ</w:t>
      </w:r>
    </w:p>
    <w:p w:rsidR="00581BE0" w:rsidRPr="00712C7B" w:rsidRDefault="00581BE0">
      <w:pPr>
        <w:spacing w:after="0"/>
        <w:rPr>
          <w:rFonts w:cs="Times New Roman"/>
          <w:sz w:val="28"/>
          <w:szCs w:val="28"/>
          <w:lang w:val="ru-RU"/>
        </w:rPr>
      </w:pPr>
    </w:p>
    <w:p w:rsidR="00581BE0" w:rsidRPr="00712C7B" w:rsidRDefault="00000000">
      <w:pPr>
        <w:rPr>
          <w:rFonts w:cs="Times New Roman"/>
          <w:sz w:val="28"/>
          <w:szCs w:val="28"/>
          <w:lang w:val="ru-RU"/>
        </w:rPr>
      </w:pPr>
      <w:r w:rsidRPr="00712C7B">
        <w:rPr>
          <w:rFonts w:cs="Times New Roman"/>
          <w:b/>
          <w:color w:val="24262C"/>
          <w:sz w:val="28"/>
          <w:szCs w:val="28"/>
          <w:lang w:val="ru-RU"/>
        </w:rPr>
        <w:t>1. Владелец сертификата на материнский (семейный) капитал</w:t>
      </w:r>
    </w:p>
    <w:tbl>
      <w:tblPr>
        <w:tblW w:w="10438" w:type="dxa"/>
        <w:tblLayout w:type="fixed"/>
        <w:tblLook w:val="04A0" w:firstRow="1" w:lastRow="0" w:firstColumn="1" w:lastColumn="0" w:noHBand="0" w:noVBand="1"/>
      </w:tblPr>
      <w:tblGrid>
        <w:gridCol w:w="4059"/>
        <w:gridCol w:w="6379"/>
      </w:tblGrid>
      <w:tr w:rsidR="00712C7B" w:rsidRPr="00712C7B" w:rsidTr="00712C7B">
        <w:tc>
          <w:tcPr>
            <w:tcW w:w="405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712C7B">
              <w:rPr>
                <w:rFonts w:cs="Times New Roman"/>
                <w:bCs/>
                <w:sz w:val="28"/>
                <w:szCs w:val="28"/>
              </w:rPr>
              <w:t>Ф.И.О.</w:t>
            </w:r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712C7B" w:rsidRPr="00712C7B" w:rsidTr="00712C7B">
        <w:tc>
          <w:tcPr>
            <w:tcW w:w="405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Дата</w:t>
            </w:r>
            <w:proofErr w:type="spellEnd"/>
            <w:r w:rsidRPr="00712C7B">
              <w:rPr>
                <w:rFonts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«___» __________ ______ г.</w:t>
            </w:r>
          </w:p>
        </w:tc>
      </w:tr>
      <w:tr w:rsidR="00712C7B" w:rsidRPr="00712C7B" w:rsidTr="00712C7B">
        <w:tc>
          <w:tcPr>
            <w:tcW w:w="405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Телефон</w:t>
            </w:r>
            <w:proofErr w:type="spellEnd"/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712C7B" w:rsidRPr="00712C7B" w:rsidTr="00712C7B">
        <w:tc>
          <w:tcPr>
            <w:tcW w:w="405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712C7B">
              <w:rPr>
                <w:rFonts w:cs="Times New Roman"/>
                <w:bCs/>
                <w:sz w:val="28"/>
                <w:szCs w:val="28"/>
              </w:rPr>
              <w:t>E-mail</w:t>
            </w:r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E56D9A" w:rsidRPr="00712C7B" w:rsidTr="00712C7B">
        <w:tc>
          <w:tcPr>
            <w:tcW w:w="405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E56D9A" w:rsidRDefault="00E56D9A" w:rsidP="00E56D9A">
            <w:pPr>
              <w:spacing w:after="0"/>
              <w:rPr>
                <w:rFonts w:cs="Times New Roman"/>
                <w:bCs/>
                <w:sz w:val="28"/>
                <w:szCs w:val="28"/>
                <w:lang w:val="ru-RU"/>
              </w:rPr>
            </w:pPr>
            <w:r>
              <w:rPr>
                <w:rFonts w:cs="Times New Roman"/>
                <w:bCs/>
                <w:sz w:val="28"/>
                <w:szCs w:val="28"/>
                <w:lang w:val="ru-RU"/>
              </w:rPr>
              <w:t>ИНН</w:t>
            </w:r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E56D9A" w:rsidRPr="00712C7B" w:rsidTr="00712C7B">
        <w:tc>
          <w:tcPr>
            <w:tcW w:w="405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Документ</w:t>
            </w:r>
            <w:proofErr w:type="spellEnd"/>
            <w:r w:rsidRPr="00712C7B">
              <w:rPr>
                <w:rFonts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удостоверяющий</w:t>
            </w:r>
            <w:proofErr w:type="spellEnd"/>
            <w:r w:rsidRPr="00712C7B">
              <w:rPr>
                <w:rFonts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личность</w:t>
            </w:r>
            <w:proofErr w:type="spellEnd"/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E56D9A" w:rsidRPr="00712C7B" w:rsidTr="00712C7B">
        <w:tc>
          <w:tcPr>
            <w:tcW w:w="405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Серия</w:t>
            </w:r>
            <w:proofErr w:type="spellEnd"/>
            <w:r w:rsidRPr="00712C7B">
              <w:rPr>
                <w:rFonts w:cs="Times New Roman"/>
                <w:bCs/>
                <w:sz w:val="28"/>
                <w:szCs w:val="28"/>
              </w:rPr>
              <w:t xml:space="preserve"> и </w:t>
            </w: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номер</w:t>
            </w:r>
            <w:proofErr w:type="spellEnd"/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E56D9A" w:rsidRPr="00712C7B" w:rsidTr="00712C7B">
        <w:tc>
          <w:tcPr>
            <w:tcW w:w="405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Дата</w:t>
            </w:r>
            <w:proofErr w:type="spellEnd"/>
            <w:r w:rsidRPr="00712C7B">
              <w:rPr>
                <w:rFonts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выдачи</w:t>
            </w:r>
            <w:proofErr w:type="spellEnd"/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«___» __________ ______ г.</w:t>
            </w:r>
          </w:p>
        </w:tc>
      </w:tr>
    </w:tbl>
    <w:p w:rsidR="00581BE0" w:rsidRPr="00712C7B" w:rsidRDefault="00000000" w:rsidP="00712C7B">
      <w:pPr>
        <w:spacing w:before="240"/>
        <w:rPr>
          <w:rFonts w:cs="Times New Roman"/>
          <w:sz w:val="28"/>
          <w:szCs w:val="28"/>
        </w:rPr>
      </w:pPr>
      <w:r w:rsidRPr="00712C7B">
        <w:rPr>
          <w:rFonts w:cs="Times New Roman"/>
          <w:b/>
          <w:color w:val="24262C"/>
          <w:sz w:val="28"/>
          <w:szCs w:val="28"/>
        </w:rPr>
        <w:t>2. Сведения об обучающемся</w:t>
      </w:r>
    </w:p>
    <w:tbl>
      <w:tblPr>
        <w:tblW w:w="10438" w:type="dxa"/>
        <w:tblLayout w:type="fixed"/>
        <w:tblLook w:val="04A0" w:firstRow="1" w:lastRow="0" w:firstColumn="1" w:lastColumn="0" w:noHBand="0" w:noVBand="1"/>
      </w:tblPr>
      <w:tblGrid>
        <w:gridCol w:w="4059"/>
        <w:gridCol w:w="6379"/>
      </w:tblGrid>
      <w:tr w:rsidR="00712C7B" w:rsidRPr="00712C7B" w:rsidTr="00712C7B">
        <w:tc>
          <w:tcPr>
            <w:tcW w:w="405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712C7B">
              <w:rPr>
                <w:rFonts w:cs="Times New Roman"/>
                <w:bCs/>
                <w:sz w:val="28"/>
                <w:szCs w:val="28"/>
              </w:rPr>
              <w:t>Ф.И.О. обучающегося</w:t>
            </w:r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712C7B" w:rsidRPr="00712C7B" w:rsidTr="00712C7B">
        <w:tc>
          <w:tcPr>
            <w:tcW w:w="405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Дата</w:t>
            </w:r>
            <w:proofErr w:type="spellEnd"/>
            <w:r w:rsidRPr="00712C7B">
              <w:rPr>
                <w:rFonts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«___» __________ ______ г.</w:t>
            </w:r>
          </w:p>
        </w:tc>
      </w:tr>
      <w:tr w:rsidR="00E56D9A" w:rsidRPr="00712C7B" w:rsidTr="00712C7B">
        <w:tc>
          <w:tcPr>
            <w:tcW w:w="405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E56D9A" w:rsidRDefault="00E56D9A" w:rsidP="00E56D9A">
            <w:pPr>
              <w:spacing w:after="0"/>
              <w:rPr>
                <w:rFonts w:cs="Times New Roman"/>
                <w:bCs/>
                <w:sz w:val="28"/>
                <w:szCs w:val="28"/>
                <w:lang w:val="ru-RU"/>
              </w:rPr>
            </w:pPr>
            <w:r>
              <w:rPr>
                <w:rFonts w:cs="Times New Roman"/>
                <w:bCs/>
                <w:sz w:val="28"/>
                <w:szCs w:val="28"/>
                <w:lang w:val="ru-RU"/>
              </w:rPr>
              <w:t>ИНН</w:t>
            </w:r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E56D9A" w:rsidRPr="00712C7B" w:rsidTr="00712C7B">
        <w:tc>
          <w:tcPr>
            <w:tcW w:w="405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E56D9A" w:rsidRDefault="00E56D9A" w:rsidP="00E56D9A">
            <w:pPr>
              <w:spacing w:after="0"/>
              <w:rPr>
                <w:rFonts w:cs="Times New Roman"/>
                <w:bCs/>
                <w:sz w:val="28"/>
                <w:szCs w:val="28"/>
                <w:lang w:val="ru-RU"/>
              </w:rPr>
            </w:pPr>
            <w:r>
              <w:rPr>
                <w:rFonts w:cs="Times New Roman"/>
                <w:bCs/>
                <w:sz w:val="28"/>
                <w:szCs w:val="28"/>
                <w:lang w:val="ru-RU"/>
              </w:rPr>
              <w:t>Документ, удостоверяющий личность</w:t>
            </w:r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E56D9A" w:rsidRPr="00712C7B" w:rsidTr="00712C7B">
        <w:tc>
          <w:tcPr>
            <w:tcW w:w="405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E56D9A" w:rsidRDefault="00E56D9A" w:rsidP="00E56D9A">
            <w:pPr>
              <w:spacing w:after="0"/>
              <w:rPr>
                <w:rFonts w:cs="Times New Roman"/>
                <w:bCs/>
                <w:sz w:val="28"/>
                <w:szCs w:val="28"/>
                <w:lang w:val="ru-RU"/>
              </w:rPr>
            </w:pPr>
            <w:r>
              <w:rPr>
                <w:rFonts w:cs="Times New Roman"/>
                <w:bCs/>
                <w:sz w:val="28"/>
                <w:szCs w:val="28"/>
                <w:lang w:val="ru-RU"/>
              </w:rPr>
              <w:t>Серия и номер</w:t>
            </w:r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E56D9A" w:rsidRPr="00712C7B" w:rsidTr="00712C7B">
        <w:tc>
          <w:tcPr>
            <w:tcW w:w="405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E56D9A" w:rsidRDefault="00E56D9A" w:rsidP="00E56D9A">
            <w:pPr>
              <w:spacing w:after="0"/>
              <w:rPr>
                <w:rFonts w:cs="Times New Roman"/>
                <w:bCs/>
                <w:sz w:val="28"/>
                <w:szCs w:val="28"/>
                <w:lang w:val="ru-RU"/>
              </w:rPr>
            </w:pPr>
            <w:r>
              <w:rPr>
                <w:rFonts w:cs="Times New Roman"/>
                <w:bCs/>
                <w:sz w:val="28"/>
                <w:szCs w:val="28"/>
                <w:lang w:val="ru-RU"/>
              </w:rPr>
              <w:t>Дата выдачи</w:t>
            </w:r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E56D9A" w:rsidRPr="00712C7B" w:rsidTr="00712C7B">
        <w:tc>
          <w:tcPr>
            <w:tcW w:w="405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E56D9A">
              <w:rPr>
                <w:rFonts w:cs="Times New Roman"/>
                <w:bCs/>
                <w:sz w:val="28"/>
                <w:szCs w:val="28"/>
              </w:rPr>
              <w:t>Наименование</w:t>
            </w:r>
            <w:proofErr w:type="spellEnd"/>
            <w:r w:rsidRPr="00E56D9A">
              <w:rPr>
                <w:rFonts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56D9A">
              <w:rPr>
                <w:rFonts w:cs="Times New Roman"/>
                <w:bCs/>
                <w:sz w:val="28"/>
                <w:szCs w:val="28"/>
              </w:rPr>
              <w:t>образовательной</w:t>
            </w:r>
            <w:proofErr w:type="spellEnd"/>
            <w:r w:rsidRPr="00E56D9A">
              <w:rPr>
                <w:rFonts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56D9A">
              <w:rPr>
                <w:rFonts w:cs="Times New Roman"/>
                <w:bCs/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E56D9A" w:rsidRPr="00712C7B" w:rsidTr="00712C7B">
        <w:tc>
          <w:tcPr>
            <w:tcW w:w="405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lastRenderedPageBreak/>
              <w:t>Форма</w:t>
            </w:r>
            <w:proofErr w:type="spellEnd"/>
            <w:r w:rsidRPr="00712C7B">
              <w:rPr>
                <w:rFonts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обучения</w:t>
            </w:r>
            <w:proofErr w:type="spellEnd"/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E56D9A" w:rsidRPr="00712C7B" w:rsidTr="00712C7B">
        <w:tc>
          <w:tcPr>
            <w:tcW w:w="405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Планируемый</w:t>
            </w:r>
            <w:proofErr w:type="spellEnd"/>
            <w:r w:rsidRPr="00712C7B">
              <w:rPr>
                <w:rFonts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период</w:t>
            </w:r>
            <w:proofErr w:type="spellEnd"/>
            <w:r w:rsidRPr="00712C7B">
              <w:rPr>
                <w:rFonts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обучения</w:t>
            </w:r>
            <w:proofErr w:type="spellEnd"/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56D9A" w:rsidRPr="00712C7B" w:rsidRDefault="00E56D9A" w:rsidP="00E56D9A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 xml:space="preserve">с «___» _______ 20___ г. </w:t>
            </w:r>
            <w:proofErr w:type="spellStart"/>
            <w:r w:rsidRPr="00712C7B">
              <w:rPr>
                <w:rFonts w:cs="Times New Roman"/>
                <w:sz w:val="28"/>
                <w:szCs w:val="28"/>
              </w:rPr>
              <w:t>по</w:t>
            </w:r>
            <w:proofErr w:type="spellEnd"/>
            <w:r w:rsidRPr="00712C7B">
              <w:rPr>
                <w:rFonts w:cs="Times New Roman"/>
                <w:sz w:val="28"/>
                <w:szCs w:val="28"/>
              </w:rPr>
              <w:t xml:space="preserve"> «___» _______ 20___ г.</w:t>
            </w:r>
          </w:p>
        </w:tc>
      </w:tr>
    </w:tbl>
    <w:p w:rsidR="00581BE0" w:rsidRPr="00712C7B" w:rsidRDefault="00000000" w:rsidP="00712C7B">
      <w:pPr>
        <w:spacing w:before="240"/>
        <w:rPr>
          <w:rFonts w:cs="Times New Roman"/>
          <w:sz w:val="28"/>
          <w:szCs w:val="28"/>
        </w:rPr>
      </w:pPr>
      <w:r w:rsidRPr="00712C7B">
        <w:rPr>
          <w:rFonts w:cs="Times New Roman"/>
          <w:b/>
          <w:color w:val="24262C"/>
          <w:sz w:val="28"/>
          <w:szCs w:val="28"/>
        </w:rPr>
        <w:t>3. Планируемая оплата</w:t>
      </w:r>
    </w:p>
    <w:tbl>
      <w:tblPr>
        <w:tblW w:w="10438" w:type="dxa"/>
        <w:tblLayout w:type="fixed"/>
        <w:tblLook w:val="04A0" w:firstRow="1" w:lastRow="0" w:firstColumn="1" w:lastColumn="0" w:noHBand="0" w:noVBand="1"/>
      </w:tblPr>
      <w:tblGrid>
        <w:gridCol w:w="3969"/>
        <w:gridCol w:w="6469"/>
      </w:tblGrid>
      <w:tr w:rsidR="00712C7B" w:rsidRPr="00712C7B" w:rsidTr="00712C7B"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712C7B">
              <w:rPr>
                <w:rFonts w:cs="Times New Roman"/>
                <w:bCs/>
                <w:sz w:val="28"/>
                <w:szCs w:val="28"/>
              </w:rPr>
              <w:t>Полная стоимость обучения</w:t>
            </w:r>
          </w:p>
        </w:tc>
        <w:tc>
          <w:tcPr>
            <w:tcW w:w="64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 руб.</w:t>
            </w:r>
          </w:p>
        </w:tc>
      </w:tr>
      <w:tr w:rsidR="00712C7B" w:rsidRPr="00712C7B" w:rsidTr="00712C7B"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Сумма</w:t>
            </w:r>
            <w:proofErr w:type="spellEnd"/>
            <w:r w:rsidRPr="00712C7B">
              <w:rPr>
                <w:rFonts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из</w:t>
            </w:r>
            <w:proofErr w:type="spellEnd"/>
            <w:r w:rsidRPr="00712C7B">
              <w:rPr>
                <w:rFonts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средств</w:t>
            </w:r>
            <w:proofErr w:type="spellEnd"/>
            <w:r w:rsidRPr="00712C7B">
              <w:rPr>
                <w:rFonts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маткапитала</w:t>
            </w:r>
            <w:proofErr w:type="spellEnd"/>
          </w:p>
        </w:tc>
        <w:tc>
          <w:tcPr>
            <w:tcW w:w="64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 руб.</w:t>
            </w:r>
          </w:p>
        </w:tc>
      </w:tr>
      <w:tr w:rsidR="00712C7B" w:rsidRPr="00712C7B" w:rsidTr="00712C7B"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Оставшаяся</w:t>
            </w:r>
            <w:proofErr w:type="spellEnd"/>
            <w:r w:rsidRPr="00712C7B">
              <w:rPr>
                <w:rFonts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12C7B">
              <w:rPr>
                <w:rFonts w:cs="Times New Roman"/>
                <w:bCs/>
                <w:sz w:val="28"/>
                <w:szCs w:val="28"/>
              </w:rPr>
              <w:t>сумма</w:t>
            </w:r>
            <w:proofErr w:type="spellEnd"/>
          </w:p>
        </w:tc>
        <w:tc>
          <w:tcPr>
            <w:tcW w:w="64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81BE0" w:rsidRPr="00712C7B" w:rsidRDefault="00000000" w:rsidP="00712C7B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________________________ руб. / не требуется</w:t>
            </w:r>
          </w:p>
        </w:tc>
      </w:tr>
    </w:tbl>
    <w:p w:rsidR="00581BE0" w:rsidRPr="00712C7B" w:rsidRDefault="00000000">
      <w:pPr>
        <w:spacing w:after="140"/>
        <w:ind w:firstLine="567"/>
        <w:jc w:val="both"/>
        <w:rPr>
          <w:rFonts w:cs="Times New Roman"/>
          <w:sz w:val="28"/>
          <w:szCs w:val="28"/>
          <w:lang w:val="ru-RU"/>
        </w:rPr>
      </w:pPr>
      <w:r w:rsidRPr="00712C7B">
        <w:rPr>
          <w:rFonts w:cs="Times New Roman"/>
          <w:sz w:val="28"/>
          <w:szCs w:val="28"/>
          <w:lang w:val="ru-RU"/>
        </w:rPr>
        <w:t>Прошу подготовить договор об оказании платных образовательных услуг и необходимые сведения / реквизиты Исполнителя для последующей подачи заявления о распоряжении средствами материнского (семейного) капитала в Социальный фонд России.</w:t>
      </w:r>
    </w:p>
    <w:p w:rsidR="00581BE0" w:rsidRPr="00712C7B" w:rsidRDefault="00000000">
      <w:pPr>
        <w:spacing w:after="140"/>
        <w:ind w:firstLine="567"/>
        <w:jc w:val="both"/>
        <w:rPr>
          <w:rFonts w:cs="Times New Roman"/>
          <w:sz w:val="28"/>
          <w:szCs w:val="28"/>
          <w:lang w:val="ru-RU"/>
        </w:rPr>
      </w:pPr>
      <w:r w:rsidRPr="00712C7B">
        <w:rPr>
          <w:rFonts w:cs="Times New Roman"/>
          <w:sz w:val="28"/>
          <w:szCs w:val="28"/>
          <w:lang w:val="ru-RU"/>
        </w:rPr>
        <w:t>Понимаю, что настоящее заявление не является заявлением о распоряжении средствами материнского капитала в Социальный фонд России и не гарантирует одобрение СФР. Официальное заявление в СФР подаётся владельцем сертификата самостоятельно.</w:t>
      </w:r>
    </w:p>
    <w:p w:rsidR="00581BE0" w:rsidRPr="00712C7B" w:rsidRDefault="00000000">
      <w:pPr>
        <w:spacing w:after="140"/>
        <w:ind w:firstLine="567"/>
        <w:jc w:val="both"/>
        <w:rPr>
          <w:rFonts w:cs="Times New Roman"/>
          <w:sz w:val="28"/>
          <w:szCs w:val="28"/>
          <w:lang w:val="ru-RU"/>
        </w:rPr>
      </w:pPr>
      <w:r w:rsidRPr="00712C7B">
        <w:rPr>
          <w:rFonts w:cs="Times New Roman"/>
          <w:sz w:val="28"/>
          <w:szCs w:val="28"/>
          <w:lang w:val="ru-RU"/>
        </w:rPr>
        <w:t>Подтверждаю достоверность указанных сведений и прошу связаться со мной, если для подготовки договора потребуются дополнительные данные или документы.</w:t>
      </w:r>
    </w:p>
    <w:p w:rsidR="00581BE0" w:rsidRPr="00712C7B" w:rsidRDefault="00581BE0">
      <w:pPr>
        <w:rPr>
          <w:rFonts w:cs="Times New Roman"/>
          <w:sz w:val="28"/>
          <w:szCs w:val="28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581BE0" w:rsidRPr="00712C7B">
        <w:trPr>
          <w:jc w:val="center"/>
        </w:trPr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581BE0" w:rsidRPr="00712C7B" w:rsidRDefault="00000000">
            <w:pPr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«___» __________ 20___ г.</w:t>
            </w:r>
          </w:p>
        </w:tc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581BE0" w:rsidRPr="00712C7B" w:rsidRDefault="00000000">
            <w:pPr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</w:t>
            </w:r>
          </w:p>
        </w:tc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581BE0" w:rsidRPr="00712C7B" w:rsidRDefault="00000000">
            <w:pPr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sz w:val="28"/>
                <w:szCs w:val="28"/>
              </w:rPr>
              <w:t>__________________</w:t>
            </w:r>
          </w:p>
        </w:tc>
      </w:tr>
      <w:tr w:rsidR="00581BE0" w:rsidRPr="00712C7B">
        <w:trPr>
          <w:jc w:val="center"/>
        </w:trPr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581BE0" w:rsidRPr="00712C7B" w:rsidRDefault="0000000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color w:val="6F7785"/>
                <w:sz w:val="28"/>
                <w:szCs w:val="28"/>
              </w:rPr>
              <w:t>Дата</w:t>
            </w:r>
          </w:p>
        </w:tc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581BE0" w:rsidRPr="00712C7B" w:rsidRDefault="0000000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color w:val="6F7785"/>
                <w:sz w:val="28"/>
                <w:szCs w:val="28"/>
              </w:rPr>
              <w:t>Подпись</w:t>
            </w:r>
          </w:p>
        </w:tc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581BE0" w:rsidRPr="00712C7B" w:rsidRDefault="0000000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12C7B">
              <w:rPr>
                <w:rFonts w:cs="Times New Roman"/>
                <w:color w:val="6F7785"/>
                <w:sz w:val="28"/>
                <w:szCs w:val="28"/>
              </w:rPr>
              <w:t>Ф.И.О.</w:t>
            </w:r>
          </w:p>
        </w:tc>
      </w:tr>
    </w:tbl>
    <w:p w:rsidR="000B776E" w:rsidRPr="00712C7B" w:rsidRDefault="000B776E">
      <w:pPr>
        <w:rPr>
          <w:rFonts w:cs="Times New Roman"/>
          <w:sz w:val="28"/>
          <w:szCs w:val="28"/>
        </w:rPr>
      </w:pPr>
    </w:p>
    <w:sectPr w:rsidR="000B776E" w:rsidRPr="00712C7B" w:rsidSect="00034616">
      <w:foot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46FBE" w:rsidRDefault="00B46FBE">
      <w:pPr>
        <w:spacing w:after="0" w:line="240" w:lineRule="auto"/>
      </w:pPr>
      <w:r>
        <w:separator/>
      </w:r>
    </w:p>
  </w:endnote>
  <w:endnote w:type="continuationSeparator" w:id="0">
    <w:p w:rsidR="00B46FBE" w:rsidRDefault="00B46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1BE0" w:rsidRPr="00712C7B" w:rsidRDefault="00581BE0">
    <w:pPr>
      <w:pStyle w:val="a7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46FBE" w:rsidRDefault="00B46FBE">
      <w:pPr>
        <w:spacing w:after="0" w:line="240" w:lineRule="auto"/>
      </w:pPr>
      <w:r>
        <w:separator/>
      </w:r>
    </w:p>
  </w:footnote>
  <w:footnote w:type="continuationSeparator" w:id="0">
    <w:p w:rsidR="00B46FBE" w:rsidRDefault="00B46F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239133">
    <w:abstractNumId w:val="8"/>
  </w:num>
  <w:num w:numId="2" w16cid:durableId="153956895">
    <w:abstractNumId w:val="6"/>
  </w:num>
  <w:num w:numId="3" w16cid:durableId="830484851">
    <w:abstractNumId w:val="5"/>
  </w:num>
  <w:num w:numId="4" w16cid:durableId="344792796">
    <w:abstractNumId w:val="4"/>
  </w:num>
  <w:num w:numId="5" w16cid:durableId="100221850">
    <w:abstractNumId w:val="7"/>
  </w:num>
  <w:num w:numId="6" w16cid:durableId="345718225">
    <w:abstractNumId w:val="3"/>
  </w:num>
  <w:num w:numId="7" w16cid:durableId="1842232692">
    <w:abstractNumId w:val="2"/>
  </w:num>
  <w:num w:numId="8" w16cid:durableId="1915427720">
    <w:abstractNumId w:val="1"/>
  </w:num>
  <w:num w:numId="9" w16cid:durableId="1254784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76E"/>
    <w:rsid w:val="0015074B"/>
    <w:rsid w:val="0029639D"/>
    <w:rsid w:val="00326F90"/>
    <w:rsid w:val="003A2E1B"/>
    <w:rsid w:val="00505E87"/>
    <w:rsid w:val="00581BE0"/>
    <w:rsid w:val="00712C7B"/>
    <w:rsid w:val="00AA1D8D"/>
    <w:rsid w:val="00B46FBE"/>
    <w:rsid w:val="00B47730"/>
    <w:rsid w:val="00CB0664"/>
    <w:rsid w:val="00E4276A"/>
    <w:rsid w:val="00E56D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0A3CD"/>
  <w14:defaultImageDpi w14:val="300"/>
  <w15:docId w15:val="{5453EC1C-974C-774F-A281-BFEDF6313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262C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262C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4262C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Amir Akhmed</cp:lastModifiedBy>
  <cp:revision>3</cp:revision>
  <dcterms:created xsi:type="dcterms:W3CDTF">2026-10-24T18:22:00Z</dcterms:created>
  <dcterms:modified xsi:type="dcterms:W3CDTF">2026-10-24T18:45:00Z</dcterms:modified>
  <cp:category/>
</cp:coreProperties>
</file>