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82" w:type="dxa"/>
        <w:tblLayout w:type="fixed"/>
        <w:tblLook w:val="04A0" w:firstRow="1" w:lastRow="0" w:firstColumn="1" w:lastColumn="0" w:noHBand="0" w:noVBand="1"/>
      </w:tblPr>
      <w:tblGrid>
        <w:gridCol w:w="5070"/>
        <w:gridCol w:w="5612"/>
      </w:tblGrid>
      <w:tr w:rsidR="003E5024" w:rsidRPr="002D37A3" w:rsidTr="003E5024">
        <w:tc>
          <w:tcPr>
            <w:tcW w:w="5070" w:type="dxa"/>
          </w:tcPr>
          <w:p w:rsidR="00B20671" w:rsidRPr="003E5024" w:rsidRDefault="00B20671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612" w:type="dxa"/>
          </w:tcPr>
          <w:p w:rsidR="00B20671" w:rsidRPr="003E5024" w:rsidRDefault="00000000" w:rsidP="003E5024">
            <w:pPr>
              <w:spacing w:after="0"/>
              <w:jc w:val="right"/>
              <w:rPr>
                <w:rFonts w:cs="Times New Roman"/>
                <w:bCs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bCs/>
                <w:sz w:val="28"/>
                <w:szCs w:val="28"/>
                <w:lang w:val="ru-RU"/>
              </w:rPr>
              <w:t>Индивидуальному предпринимателю</w:t>
            </w:r>
            <w:r w:rsidRPr="003E5024">
              <w:rPr>
                <w:rFonts w:cs="Times New Roman"/>
                <w:bCs/>
                <w:sz w:val="28"/>
                <w:szCs w:val="28"/>
                <w:lang w:val="ru-RU"/>
              </w:rPr>
              <w:br/>
            </w:r>
            <w:r w:rsidR="003E5024" w:rsidRPr="003E5024">
              <w:rPr>
                <w:rFonts w:cs="Times New Roman"/>
                <w:bCs/>
                <w:sz w:val="28"/>
                <w:szCs w:val="28"/>
                <w:lang w:val="ru-RU"/>
              </w:rPr>
              <w:t>Ахмед</w:t>
            </w:r>
            <w:r w:rsidR="00B42CEF">
              <w:rPr>
                <w:rFonts w:cs="Times New Roman"/>
                <w:bCs/>
                <w:sz w:val="28"/>
                <w:szCs w:val="28"/>
                <w:lang w:val="ru-RU"/>
              </w:rPr>
              <w:t>у</w:t>
            </w:r>
            <w:r w:rsidR="003E5024" w:rsidRPr="003E5024">
              <w:rPr>
                <w:rFonts w:cs="Times New Roman"/>
                <w:bCs/>
                <w:sz w:val="28"/>
                <w:szCs w:val="28"/>
                <w:lang w:val="ru-RU"/>
              </w:rPr>
              <w:t xml:space="preserve"> Амиру Саджадовичу</w:t>
            </w:r>
            <w:r w:rsidRPr="003E5024">
              <w:rPr>
                <w:rFonts w:cs="Times New Roman"/>
                <w:bCs/>
                <w:sz w:val="28"/>
                <w:szCs w:val="28"/>
                <w:lang w:val="ru-RU"/>
              </w:rPr>
              <w:br/>
              <w:t>от __________________________</w:t>
            </w:r>
            <w:r w:rsidRPr="003E5024">
              <w:rPr>
                <w:rFonts w:cs="Times New Roman"/>
                <w:bCs/>
                <w:sz w:val="28"/>
                <w:szCs w:val="28"/>
                <w:lang w:val="ru-RU"/>
              </w:rPr>
              <w:br/>
              <w:t>__________________________</w:t>
            </w:r>
          </w:p>
        </w:tc>
      </w:tr>
    </w:tbl>
    <w:p w:rsidR="00B20671" w:rsidRPr="003E5024" w:rsidRDefault="00B20671" w:rsidP="003E5024">
      <w:pPr>
        <w:spacing w:after="0"/>
        <w:rPr>
          <w:rFonts w:cs="Times New Roman"/>
          <w:sz w:val="28"/>
          <w:szCs w:val="28"/>
          <w:lang w:val="ru-RU"/>
        </w:rPr>
      </w:pPr>
    </w:p>
    <w:p w:rsidR="00B20671" w:rsidRPr="003E5024" w:rsidRDefault="00000000" w:rsidP="003E5024">
      <w:pPr>
        <w:spacing w:before="80" w:after="0"/>
        <w:jc w:val="center"/>
        <w:rPr>
          <w:rFonts w:cs="Times New Roman"/>
          <w:sz w:val="28"/>
          <w:szCs w:val="28"/>
        </w:rPr>
      </w:pPr>
      <w:r w:rsidRPr="003E5024">
        <w:rPr>
          <w:rFonts w:cs="Times New Roman"/>
          <w:b/>
          <w:sz w:val="28"/>
          <w:szCs w:val="28"/>
        </w:rPr>
        <w:t>ЗАЯВЛЕНИЕ НА ВОЗВРАТ ДЕНЕЖНЫХ СРЕДСТВ</w:t>
      </w:r>
    </w:p>
    <w:p w:rsidR="00B20671" w:rsidRPr="003E5024" w:rsidRDefault="00B20671" w:rsidP="003E5024">
      <w:pPr>
        <w:spacing w:after="0"/>
        <w:rPr>
          <w:rFonts w:cs="Times New Roman"/>
          <w:sz w:val="28"/>
          <w:szCs w:val="28"/>
          <w:lang w:val="ru-RU"/>
        </w:rPr>
      </w:pPr>
    </w:p>
    <w:tbl>
      <w:tblPr>
        <w:tblW w:w="10722" w:type="dxa"/>
        <w:tblLayout w:type="fixed"/>
        <w:tblLook w:val="04A0" w:firstRow="1" w:lastRow="0" w:firstColumn="1" w:lastColumn="0" w:noHBand="0" w:noVBand="1"/>
      </w:tblPr>
      <w:tblGrid>
        <w:gridCol w:w="4395"/>
        <w:gridCol w:w="6327"/>
      </w:tblGrid>
      <w:tr w:rsidR="003E5024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 xml:space="preserve">Заявитель (Заказчик </w:t>
            </w:r>
            <w:r w:rsidR="002D37A3">
              <w:rPr>
                <w:rFonts w:cs="Times New Roman"/>
                <w:bCs/>
                <w:sz w:val="28"/>
                <w:szCs w:val="28"/>
                <w:lang w:val="ru-RU"/>
              </w:rPr>
              <w:t>по договору</w:t>
            </w:r>
            <w:r w:rsidRPr="003E5024">
              <w:rPr>
                <w:rFonts w:cs="Times New Roman"/>
                <w:bCs/>
                <w:sz w:val="28"/>
                <w:szCs w:val="28"/>
              </w:rPr>
              <w:t>)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  <w:tr w:rsidR="002D37A3" w:rsidRPr="002D37A3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2D37A3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>
              <w:rPr>
                <w:rFonts w:cs="Times New Roman"/>
                <w:bCs/>
                <w:sz w:val="28"/>
                <w:szCs w:val="28"/>
                <w:lang w:val="ru-RU"/>
              </w:rPr>
              <w:t>Плательщик (если отличается от Заказчика)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Дата рождения заявителя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«___» __________ ______ г.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Телефон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E-mail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Ф.И.О. обучающегося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Договор / заказ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№ ____________ от «___» __________ 20___ г.</w:t>
            </w:r>
          </w:p>
        </w:tc>
      </w:tr>
      <w:tr w:rsidR="002D37A3" w:rsidRPr="003E5024" w:rsidTr="003E5024">
        <w:tc>
          <w:tcPr>
            <w:tcW w:w="4395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Курс / программа</w:t>
            </w:r>
          </w:p>
        </w:tc>
        <w:tc>
          <w:tcPr>
            <w:tcW w:w="63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2D37A3" w:rsidRPr="003E5024" w:rsidRDefault="002D37A3" w:rsidP="002D37A3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</w:t>
            </w:r>
          </w:p>
        </w:tc>
      </w:tr>
    </w:tbl>
    <w:p w:rsidR="00B20671" w:rsidRPr="003E5024" w:rsidRDefault="00B20671" w:rsidP="003E5024">
      <w:pPr>
        <w:spacing w:after="0"/>
        <w:rPr>
          <w:rFonts w:cs="Times New Roman"/>
          <w:sz w:val="28"/>
          <w:szCs w:val="28"/>
        </w:rPr>
      </w:pPr>
    </w:p>
    <w:p w:rsidR="00B20671" w:rsidRDefault="00000000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sz w:val="28"/>
          <w:szCs w:val="28"/>
          <w:lang w:val="ru-RU"/>
        </w:rPr>
        <w:t>Прошу прекратить оказание образовательных услуг и произвести возврат денежных средств, уплаченных за обучение указанного выше обучающегося, в размере, подлежащем возврату в соответствии с договором / публичной офертой и фактически оказанными образовательными услугами.</w:t>
      </w:r>
    </w:p>
    <w:p w:rsidR="003E5024" w:rsidRPr="003E5024" w:rsidRDefault="003E5024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B20671" w:rsidRPr="003E5024" w:rsidRDefault="00000000" w:rsidP="003E5024">
      <w:pPr>
        <w:spacing w:after="0"/>
        <w:rPr>
          <w:rFonts w:cs="Times New Roman"/>
          <w:sz w:val="28"/>
          <w:szCs w:val="28"/>
        </w:rPr>
      </w:pPr>
      <w:r w:rsidRPr="003E5024">
        <w:rPr>
          <w:rFonts w:cs="Times New Roman"/>
          <w:b/>
          <w:sz w:val="28"/>
          <w:szCs w:val="28"/>
        </w:rPr>
        <w:t>Способ первоначальной оплаты: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6"/>
        <w:gridCol w:w="4986"/>
      </w:tblGrid>
      <w:tr w:rsidR="00B20671" w:rsidRPr="003E5024"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банковская карта / СБП</w:t>
            </w:r>
          </w:p>
        </w:tc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поэтапная оплата</w:t>
            </w:r>
          </w:p>
        </w:tc>
      </w:tr>
      <w:tr w:rsidR="00B20671" w:rsidRPr="003E5024"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рассрочка Т-Банка</w:t>
            </w:r>
          </w:p>
        </w:tc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Долями</w:t>
            </w:r>
          </w:p>
        </w:tc>
      </w:tr>
      <w:tr w:rsidR="00B20671" w:rsidRPr="003E5024"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2D37A3" w:rsidRDefault="00000000" w:rsidP="003E5024">
            <w:pPr>
              <w:spacing w:after="0"/>
              <w:rPr>
                <w:rFonts w:cs="Times New Roman"/>
                <w:sz w:val="28"/>
                <w:szCs w:val="28"/>
                <w:lang w:val="ru-RU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материнский капитал</w:t>
            </w:r>
            <w:r w:rsidR="002D37A3">
              <w:rPr>
                <w:rFonts w:cs="Times New Roman"/>
                <w:sz w:val="28"/>
                <w:szCs w:val="28"/>
                <w:lang w:val="ru-RU"/>
              </w:rPr>
              <w:t>*</w:t>
            </w:r>
          </w:p>
        </w:tc>
        <w:tc>
          <w:tcPr>
            <w:tcW w:w="4986" w:type="dxa"/>
            <w:tcMar>
              <w:top w:w="35" w:type="dxa"/>
              <w:left w:w="20" w:type="dxa"/>
              <w:bottom w:w="35" w:type="dxa"/>
              <w:right w:w="100" w:type="dxa"/>
            </w:tcMar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другое: ____________________</w:t>
            </w:r>
          </w:p>
        </w:tc>
      </w:tr>
    </w:tbl>
    <w:p w:rsidR="00B20671" w:rsidRDefault="002D37A3" w:rsidP="003E5024">
      <w:pPr>
        <w:spacing w:after="0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*</w:t>
      </w:r>
      <w:r w:rsidRPr="002D37A3">
        <w:rPr>
          <w:rFonts w:cs="Times New Roman"/>
          <w:sz w:val="28"/>
          <w:szCs w:val="28"/>
          <w:lang w:val="ru-RU"/>
        </w:rPr>
        <w:t>При оплате средствами материнского капитала подлежащая возврату сумма перечисляется в Социальный фонд России.</w:t>
      </w:r>
    </w:p>
    <w:p w:rsidR="002D37A3" w:rsidRPr="002D37A3" w:rsidRDefault="002D37A3" w:rsidP="003E5024">
      <w:pPr>
        <w:spacing w:after="0"/>
        <w:rPr>
          <w:rFonts w:cs="Times New Roman"/>
          <w:sz w:val="28"/>
          <w:szCs w:val="28"/>
          <w:lang w:val="ru-RU"/>
        </w:rPr>
      </w:pPr>
    </w:p>
    <w:p w:rsidR="00B20671" w:rsidRDefault="00000000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sz w:val="28"/>
          <w:szCs w:val="28"/>
          <w:lang w:val="ru-RU"/>
        </w:rPr>
        <w:t>Прошу осуществить возврат на тот же способ оплаты, с которого была произведена оплата. Если такой возврат технически невозможен, прошу связаться со мной для уточнения реквизитов.</w:t>
      </w:r>
    </w:p>
    <w:p w:rsidR="003E5024" w:rsidRPr="003E5024" w:rsidRDefault="003E5024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</w:p>
    <w:p w:rsidR="00B20671" w:rsidRPr="003E5024" w:rsidRDefault="00000000" w:rsidP="003E5024">
      <w:pPr>
        <w:spacing w:after="0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b/>
          <w:sz w:val="28"/>
          <w:szCs w:val="28"/>
          <w:lang w:val="ru-RU"/>
        </w:rPr>
        <w:lastRenderedPageBreak/>
        <w:t>Причина прекращения обучения (необязательно):</w:t>
      </w:r>
      <w:r w:rsidRPr="003E5024">
        <w:rPr>
          <w:rFonts w:cs="Times New Roman"/>
          <w:sz w:val="28"/>
          <w:szCs w:val="28"/>
          <w:lang w:val="ru-RU"/>
        </w:rPr>
        <w:t xml:space="preserve"> __________________</w:t>
      </w:r>
      <w:r w:rsidR="003E5024">
        <w:rPr>
          <w:rFonts w:cs="Times New Roman"/>
          <w:sz w:val="28"/>
          <w:szCs w:val="28"/>
          <w:lang w:val="ru-RU"/>
        </w:rPr>
        <w:t>___________________________</w:t>
      </w:r>
      <w:r w:rsidRPr="003E5024">
        <w:rPr>
          <w:rFonts w:cs="Times New Roman"/>
          <w:sz w:val="28"/>
          <w:szCs w:val="28"/>
          <w:lang w:val="ru-RU"/>
        </w:rPr>
        <w:t>__________________________</w:t>
      </w:r>
    </w:p>
    <w:p w:rsidR="00B20671" w:rsidRDefault="00000000" w:rsidP="003E5024">
      <w:pPr>
        <w:spacing w:after="0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sz w:val="28"/>
          <w:szCs w:val="28"/>
          <w:lang w:val="ru-RU"/>
        </w:rPr>
        <w:t>________________________________________________________________________________</w:t>
      </w:r>
      <w:r w:rsidR="003E5024">
        <w:rPr>
          <w:rFonts w:cs="Times New Roman"/>
          <w:sz w:val="28"/>
          <w:szCs w:val="28"/>
          <w:lang w:val="ru-RU"/>
        </w:rPr>
        <w:t>______________________________________________________________</w:t>
      </w:r>
    </w:p>
    <w:p w:rsidR="00B20671" w:rsidRPr="003E5024" w:rsidRDefault="00000000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sz w:val="28"/>
          <w:szCs w:val="28"/>
          <w:lang w:val="ru-RU"/>
        </w:rPr>
        <w:t>Подтверждаю достоверность указанных сведений.</w:t>
      </w:r>
    </w:p>
    <w:p w:rsidR="00B20671" w:rsidRPr="003E5024" w:rsidRDefault="00B20671" w:rsidP="003E5024">
      <w:pPr>
        <w:spacing w:after="0"/>
        <w:rPr>
          <w:rFonts w:cs="Times New Roman"/>
          <w:sz w:val="28"/>
          <w:szCs w:val="28"/>
          <w:lang w:val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B20671" w:rsidRPr="003E5024" w:rsidTr="003E5024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«___» __________ 20___ г.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</w:t>
            </w:r>
          </w:p>
        </w:tc>
      </w:tr>
      <w:tr w:rsidR="00B20671" w:rsidRPr="003E5024" w:rsidTr="003E5024">
        <w:trPr>
          <w:jc w:val="center"/>
        </w:trPr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Дата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Подпись</w:t>
            </w:r>
          </w:p>
        </w:tc>
        <w:tc>
          <w:tcPr>
            <w:tcW w:w="3324" w:type="dxa"/>
            <w:tcMar>
              <w:top w:w="30" w:type="dxa"/>
              <w:left w:w="30" w:type="dxa"/>
              <w:bottom w:w="20" w:type="dxa"/>
              <w:right w:w="30" w:type="dxa"/>
            </w:tcMar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Ф.И.О.</w:t>
            </w:r>
          </w:p>
        </w:tc>
      </w:tr>
    </w:tbl>
    <w:p w:rsidR="00B20671" w:rsidRPr="003E5024" w:rsidRDefault="00B20671" w:rsidP="003E5024">
      <w:pPr>
        <w:spacing w:after="0"/>
        <w:rPr>
          <w:rFonts w:cs="Times New Roman"/>
          <w:sz w:val="28"/>
          <w:szCs w:val="28"/>
        </w:rPr>
      </w:pPr>
    </w:p>
    <w:p w:rsidR="00B20671" w:rsidRPr="003E5024" w:rsidRDefault="00000000" w:rsidP="003E5024">
      <w:pPr>
        <w:spacing w:after="0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b/>
          <w:color w:val="24262C"/>
          <w:sz w:val="28"/>
          <w:szCs w:val="28"/>
          <w:lang w:val="ru-RU"/>
        </w:rPr>
        <w:t>Согласие законного представителя (если требуется)</w:t>
      </w:r>
    </w:p>
    <w:p w:rsidR="00B20671" w:rsidRPr="003E5024" w:rsidRDefault="00B20671" w:rsidP="003E5024">
      <w:pPr>
        <w:spacing w:after="0"/>
        <w:rPr>
          <w:rFonts w:cs="Times New Roman"/>
          <w:sz w:val="28"/>
          <w:szCs w:val="28"/>
          <w:lang w:val="ru-RU"/>
        </w:rPr>
      </w:pPr>
    </w:p>
    <w:tbl>
      <w:tblPr>
        <w:tblW w:w="10580" w:type="dxa"/>
        <w:tblLayout w:type="fixed"/>
        <w:tblLook w:val="04A0" w:firstRow="1" w:lastRow="0" w:firstColumn="1" w:lastColumn="0" w:noHBand="0" w:noVBand="1"/>
      </w:tblPr>
      <w:tblGrid>
        <w:gridCol w:w="4201"/>
        <w:gridCol w:w="6379"/>
      </w:tblGrid>
      <w:tr w:rsidR="003E5024" w:rsidRPr="003E5024" w:rsidTr="003E5024">
        <w:tc>
          <w:tcPr>
            <w:tcW w:w="42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bCs/>
                <w:sz w:val="28"/>
                <w:szCs w:val="28"/>
                <w:lang w:val="ru-RU"/>
              </w:rPr>
            </w:pPr>
            <w:r w:rsidRPr="003E5024">
              <w:rPr>
                <w:rFonts w:cs="Times New Roman"/>
                <w:bCs/>
                <w:sz w:val="28"/>
                <w:szCs w:val="28"/>
                <w:lang w:val="ru-RU"/>
              </w:rPr>
              <w:t>Ф.И.О. законного представителя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3E5024" w:rsidRPr="003E5024" w:rsidTr="003E5024">
        <w:tc>
          <w:tcPr>
            <w:tcW w:w="42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Статус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родитель   </w:t>
            </w: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усыновитель   </w:t>
            </w:r>
            <w:r w:rsidRPr="003E502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  <w:r w:rsidRPr="003E5024">
              <w:rPr>
                <w:rFonts w:cs="Times New Roman"/>
                <w:sz w:val="28"/>
                <w:szCs w:val="28"/>
              </w:rPr>
              <w:t xml:space="preserve"> попечитель</w:t>
            </w:r>
          </w:p>
        </w:tc>
      </w:tr>
      <w:tr w:rsidR="003E5024" w:rsidRPr="003E5024" w:rsidTr="003E5024">
        <w:tc>
          <w:tcPr>
            <w:tcW w:w="4201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bCs/>
                <w:sz w:val="28"/>
                <w:szCs w:val="28"/>
              </w:rPr>
            </w:pPr>
            <w:r w:rsidRPr="003E5024">
              <w:rPr>
                <w:rFonts w:cs="Times New Roman"/>
                <w:bCs/>
                <w:sz w:val="28"/>
                <w:szCs w:val="28"/>
              </w:rPr>
              <w:t>Телефон</w:t>
            </w:r>
          </w:p>
        </w:tc>
        <w:tc>
          <w:tcPr>
            <w:tcW w:w="637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____________________________________________</w:t>
            </w:r>
          </w:p>
        </w:tc>
      </w:tr>
    </w:tbl>
    <w:p w:rsidR="00B20671" w:rsidRPr="003E5024" w:rsidRDefault="00B20671" w:rsidP="003E5024">
      <w:pPr>
        <w:spacing w:after="0"/>
        <w:rPr>
          <w:rFonts w:cs="Times New Roman"/>
          <w:sz w:val="28"/>
          <w:szCs w:val="28"/>
        </w:rPr>
      </w:pPr>
    </w:p>
    <w:p w:rsidR="00B20671" w:rsidRPr="003E5024" w:rsidRDefault="00000000" w:rsidP="003E5024">
      <w:pPr>
        <w:spacing w:after="0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E5024">
        <w:rPr>
          <w:rFonts w:cs="Times New Roman"/>
          <w:sz w:val="28"/>
          <w:szCs w:val="28"/>
          <w:lang w:val="ru-RU"/>
        </w:rPr>
        <w:t>Подтверждаю согласие на прекращение оказания образовательных услуг и возврат денежных средств в соответствии с настоящим заявлением.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B20671" w:rsidRPr="003E5024">
        <w:trPr>
          <w:jc w:val="center"/>
        </w:trPr>
        <w:tc>
          <w:tcPr>
            <w:tcW w:w="3324" w:type="dxa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«___» __________ 20___ г.</w:t>
            </w:r>
          </w:p>
        </w:tc>
        <w:tc>
          <w:tcPr>
            <w:tcW w:w="3324" w:type="dxa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</w:t>
            </w:r>
          </w:p>
        </w:tc>
        <w:tc>
          <w:tcPr>
            <w:tcW w:w="3324" w:type="dxa"/>
          </w:tcPr>
          <w:p w:rsidR="00B20671" w:rsidRPr="003E5024" w:rsidRDefault="00000000" w:rsidP="003E5024">
            <w:pPr>
              <w:spacing w:after="0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sz w:val="28"/>
                <w:szCs w:val="28"/>
              </w:rPr>
              <w:t>__________________</w:t>
            </w:r>
          </w:p>
        </w:tc>
      </w:tr>
      <w:tr w:rsidR="00B20671" w:rsidRPr="003E5024">
        <w:trPr>
          <w:jc w:val="center"/>
        </w:trPr>
        <w:tc>
          <w:tcPr>
            <w:tcW w:w="3324" w:type="dxa"/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Дата</w:t>
            </w:r>
          </w:p>
        </w:tc>
        <w:tc>
          <w:tcPr>
            <w:tcW w:w="3324" w:type="dxa"/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Подпись</w:t>
            </w:r>
          </w:p>
        </w:tc>
        <w:tc>
          <w:tcPr>
            <w:tcW w:w="3324" w:type="dxa"/>
          </w:tcPr>
          <w:p w:rsidR="00B20671" w:rsidRPr="003E5024" w:rsidRDefault="00000000" w:rsidP="003E5024">
            <w:pPr>
              <w:spacing w:after="0"/>
              <w:jc w:val="center"/>
              <w:rPr>
                <w:rFonts w:cs="Times New Roman"/>
                <w:sz w:val="28"/>
                <w:szCs w:val="28"/>
              </w:rPr>
            </w:pPr>
            <w:r w:rsidRPr="003E5024">
              <w:rPr>
                <w:rFonts w:cs="Times New Roman"/>
                <w:color w:val="6F7785"/>
                <w:sz w:val="28"/>
                <w:szCs w:val="28"/>
              </w:rPr>
              <w:t>Ф.И.О.</w:t>
            </w:r>
          </w:p>
        </w:tc>
      </w:tr>
    </w:tbl>
    <w:p w:rsidR="00F232DE" w:rsidRPr="003E5024" w:rsidRDefault="00F232DE" w:rsidP="003E5024">
      <w:pPr>
        <w:spacing w:after="0"/>
        <w:rPr>
          <w:rFonts w:cs="Times New Roman"/>
          <w:sz w:val="28"/>
          <w:szCs w:val="28"/>
        </w:rPr>
      </w:pPr>
    </w:p>
    <w:sectPr w:rsidR="00F232DE" w:rsidRPr="003E5024" w:rsidSect="00034616">
      <w:footerReference w:type="default" r:id="rId8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F53E6" w:rsidRDefault="002F53E6">
      <w:pPr>
        <w:spacing w:after="0" w:line="240" w:lineRule="auto"/>
      </w:pPr>
      <w:r>
        <w:separator/>
      </w:r>
    </w:p>
  </w:endnote>
  <w:endnote w:type="continuationSeparator" w:id="0">
    <w:p w:rsidR="002F53E6" w:rsidRDefault="002F5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20671" w:rsidRPr="003E5024" w:rsidRDefault="00B20671">
    <w:pPr>
      <w:pStyle w:val="a7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F53E6" w:rsidRDefault="002F53E6">
      <w:pPr>
        <w:spacing w:after="0" w:line="240" w:lineRule="auto"/>
      </w:pPr>
      <w:r>
        <w:separator/>
      </w:r>
    </w:p>
  </w:footnote>
  <w:footnote w:type="continuationSeparator" w:id="0">
    <w:p w:rsidR="002F53E6" w:rsidRDefault="002F53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819564">
    <w:abstractNumId w:val="8"/>
  </w:num>
  <w:num w:numId="2" w16cid:durableId="1875539470">
    <w:abstractNumId w:val="6"/>
  </w:num>
  <w:num w:numId="3" w16cid:durableId="788355067">
    <w:abstractNumId w:val="5"/>
  </w:num>
  <w:num w:numId="4" w16cid:durableId="327633553">
    <w:abstractNumId w:val="4"/>
  </w:num>
  <w:num w:numId="5" w16cid:durableId="73671647">
    <w:abstractNumId w:val="7"/>
  </w:num>
  <w:num w:numId="6" w16cid:durableId="1593584306">
    <w:abstractNumId w:val="3"/>
  </w:num>
  <w:num w:numId="7" w16cid:durableId="1207330105">
    <w:abstractNumId w:val="2"/>
  </w:num>
  <w:num w:numId="8" w16cid:durableId="595091320">
    <w:abstractNumId w:val="1"/>
  </w:num>
  <w:num w:numId="9" w16cid:durableId="163698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37A3"/>
    <w:rsid w:val="002F53E6"/>
    <w:rsid w:val="00326F90"/>
    <w:rsid w:val="003E5024"/>
    <w:rsid w:val="0082147F"/>
    <w:rsid w:val="0094443B"/>
    <w:rsid w:val="00AA1D8D"/>
    <w:rsid w:val="00B20671"/>
    <w:rsid w:val="00B42CEF"/>
    <w:rsid w:val="00B47730"/>
    <w:rsid w:val="00CB0664"/>
    <w:rsid w:val="00DE4B49"/>
    <w:rsid w:val="00E55115"/>
    <w:rsid w:val="00F01156"/>
    <w:rsid w:val="00F232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3CCDB2"/>
  <w14:defaultImageDpi w14:val="300"/>
  <w15:docId w15:val="{E8A9B258-D0CF-BE49-BC71-24948571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262C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4262C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4262C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Amir Akhmed</cp:lastModifiedBy>
  <cp:revision>4</cp:revision>
  <dcterms:created xsi:type="dcterms:W3CDTF">2026-10-24T18:27:00Z</dcterms:created>
  <dcterms:modified xsi:type="dcterms:W3CDTF">2026-10-24T18:45:00Z</dcterms:modified>
  <cp:category/>
</cp:coreProperties>
</file>