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80" w:type="dxa"/>
        <w:jc w:val="center"/>
        <w:tblLayout w:type="fixed"/>
        <w:tblLook w:val="04A0" w:firstRow="1" w:lastRow="0" w:firstColumn="1" w:lastColumn="0" w:noHBand="0" w:noVBand="1"/>
      </w:tblPr>
      <w:tblGrid>
        <w:gridCol w:w="5800"/>
        <w:gridCol w:w="5380"/>
      </w:tblGrid>
      <w:tr w:rsidR="00033443" w:rsidRPr="00033443" w:rsidTr="00033443">
        <w:trPr>
          <w:jc w:val="center"/>
        </w:trPr>
        <w:tc>
          <w:tcPr>
            <w:tcW w:w="5800" w:type="dxa"/>
          </w:tcPr>
          <w:p w:rsidR="00F3053F" w:rsidRPr="00033443" w:rsidRDefault="00F3053F">
            <w:pPr>
              <w:spacing w:after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380" w:type="dxa"/>
          </w:tcPr>
          <w:p w:rsidR="00F3053F" w:rsidRPr="00033443" w:rsidRDefault="00000000" w:rsidP="00033443">
            <w:pPr>
              <w:spacing w:after="0"/>
              <w:jc w:val="right"/>
              <w:rPr>
                <w:rFonts w:cs="Times New Roman"/>
                <w:sz w:val="28"/>
                <w:szCs w:val="28"/>
                <w:lang w:val="ru-RU"/>
              </w:rPr>
            </w:pPr>
            <w:r w:rsidRPr="007E43DF">
              <w:rPr>
                <w:rFonts w:cs="Times New Roman"/>
                <w:bCs/>
                <w:sz w:val="28"/>
                <w:szCs w:val="28"/>
                <w:lang w:val="ru-RU"/>
              </w:rPr>
              <w:t>Индивидуальному предпринимателю</w:t>
            </w:r>
            <w:r w:rsidRPr="007E43DF">
              <w:rPr>
                <w:rFonts w:cs="Times New Roman"/>
                <w:bCs/>
                <w:sz w:val="28"/>
                <w:szCs w:val="28"/>
                <w:lang w:val="ru-RU"/>
              </w:rPr>
              <w:br/>
            </w:r>
            <w:r w:rsidR="00033443" w:rsidRPr="007E43DF">
              <w:rPr>
                <w:rFonts w:cs="Times New Roman"/>
                <w:bCs/>
                <w:sz w:val="28"/>
                <w:szCs w:val="28"/>
                <w:lang w:val="ru-RU"/>
              </w:rPr>
              <w:t>Ахмед</w:t>
            </w:r>
            <w:r w:rsidR="00002892">
              <w:rPr>
                <w:rFonts w:cs="Times New Roman"/>
                <w:bCs/>
                <w:sz w:val="28"/>
                <w:szCs w:val="28"/>
                <w:lang w:val="ru-RU"/>
              </w:rPr>
              <w:t>у</w:t>
            </w:r>
            <w:r w:rsidR="00033443" w:rsidRPr="007E43DF">
              <w:rPr>
                <w:rFonts w:cs="Times New Roman"/>
                <w:bCs/>
                <w:sz w:val="28"/>
                <w:szCs w:val="28"/>
                <w:lang w:val="ru-RU"/>
              </w:rPr>
              <w:t xml:space="preserve"> Амиру Саджадовичу</w:t>
            </w:r>
            <w:r w:rsidRPr="00033443">
              <w:rPr>
                <w:rFonts w:cs="Times New Roman"/>
                <w:sz w:val="28"/>
                <w:szCs w:val="28"/>
                <w:lang w:val="ru-RU"/>
              </w:rPr>
              <w:br/>
              <w:t>от __________________________</w:t>
            </w:r>
            <w:r w:rsidRPr="00033443">
              <w:rPr>
                <w:rFonts w:cs="Times New Roman"/>
                <w:sz w:val="28"/>
                <w:szCs w:val="28"/>
                <w:lang w:val="ru-RU"/>
              </w:rPr>
              <w:br/>
              <w:t>__________________________</w:t>
            </w:r>
          </w:p>
        </w:tc>
      </w:tr>
    </w:tbl>
    <w:p w:rsidR="00F3053F" w:rsidRPr="00033443" w:rsidRDefault="00F3053F">
      <w:pPr>
        <w:rPr>
          <w:rFonts w:cs="Times New Roman"/>
          <w:sz w:val="28"/>
          <w:szCs w:val="28"/>
          <w:lang w:val="ru-RU"/>
        </w:rPr>
      </w:pPr>
    </w:p>
    <w:p w:rsidR="00F3053F" w:rsidRPr="00033443" w:rsidRDefault="00000000">
      <w:pPr>
        <w:spacing w:before="80"/>
        <w:jc w:val="center"/>
        <w:rPr>
          <w:rFonts w:cs="Times New Roman"/>
          <w:sz w:val="28"/>
          <w:szCs w:val="28"/>
          <w:lang w:val="ru-RU"/>
        </w:rPr>
      </w:pPr>
      <w:r w:rsidRPr="00033443">
        <w:rPr>
          <w:rFonts w:cs="Times New Roman"/>
          <w:b/>
          <w:sz w:val="28"/>
          <w:szCs w:val="28"/>
          <w:lang w:val="ru-RU"/>
        </w:rPr>
        <w:t>ЗАЯВЛЕНИЕ НА ПОДГОТОВКУ СПРАВКИ ДЛЯ НАЛОГОВОГО ВЫЧЕТА</w:t>
      </w:r>
    </w:p>
    <w:p w:rsidR="00F3053F" w:rsidRPr="00033443" w:rsidRDefault="00F3053F">
      <w:pPr>
        <w:spacing w:after="0"/>
        <w:rPr>
          <w:rFonts w:cs="Times New Roman"/>
          <w:sz w:val="28"/>
          <w:szCs w:val="28"/>
          <w:lang w:val="ru-RU"/>
        </w:rPr>
      </w:pPr>
    </w:p>
    <w:p w:rsidR="00F3053F" w:rsidRPr="00033443" w:rsidRDefault="00000000">
      <w:pPr>
        <w:spacing w:after="160"/>
        <w:rPr>
          <w:rFonts w:cs="Times New Roman"/>
          <w:sz w:val="28"/>
          <w:szCs w:val="28"/>
          <w:lang w:val="ru-RU"/>
        </w:rPr>
      </w:pPr>
      <w:r w:rsidRPr="00033443">
        <w:rPr>
          <w:rFonts w:cs="Times New Roman"/>
          <w:b/>
          <w:sz w:val="28"/>
          <w:szCs w:val="28"/>
          <w:lang w:val="ru-RU"/>
        </w:rPr>
        <w:t xml:space="preserve">Отчётный год, за который требуется справка: </w:t>
      </w:r>
      <w:r w:rsidRPr="00033443">
        <w:rPr>
          <w:rFonts w:cs="Times New Roman"/>
          <w:sz w:val="28"/>
          <w:szCs w:val="28"/>
          <w:lang w:val="ru-RU"/>
        </w:rPr>
        <w:t>20____</w:t>
      </w:r>
    </w:p>
    <w:p w:rsidR="00F3053F" w:rsidRPr="00033443" w:rsidRDefault="00000000">
      <w:pPr>
        <w:rPr>
          <w:rFonts w:cs="Times New Roman"/>
          <w:sz w:val="28"/>
          <w:szCs w:val="28"/>
        </w:rPr>
      </w:pPr>
      <w:r w:rsidRPr="00033443">
        <w:rPr>
          <w:rFonts w:cs="Times New Roman"/>
          <w:b/>
          <w:color w:val="24262C"/>
          <w:sz w:val="28"/>
          <w:szCs w:val="28"/>
        </w:rPr>
        <w:t>1. Данные налогоплательщика, оплатившего обучение</w:t>
      </w:r>
    </w:p>
    <w:tbl>
      <w:tblPr>
        <w:tblW w:w="10348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4395"/>
        <w:gridCol w:w="5953"/>
      </w:tblGrid>
      <w:tr w:rsidR="00033443" w:rsidRPr="00033443" w:rsidTr="00033443">
        <w:tc>
          <w:tcPr>
            <w:tcW w:w="43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033443">
              <w:rPr>
                <w:rFonts w:cs="Times New Roman"/>
                <w:bCs/>
                <w:sz w:val="28"/>
                <w:szCs w:val="28"/>
              </w:rPr>
              <w:t>Фамилия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sz w:val="28"/>
                <w:szCs w:val="28"/>
                <w:lang w:val="ru-RU"/>
              </w:rPr>
            </w:pPr>
            <w:r w:rsidRPr="00033443">
              <w:rPr>
                <w:rFonts w:cs="Times New Roman"/>
                <w:sz w:val="28"/>
                <w:szCs w:val="28"/>
              </w:rPr>
              <w:t>_________________________________________</w:t>
            </w:r>
          </w:p>
        </w:tc>
      </w:tr>
      <w:tr w:rsidR="00033443" w:rsidRPr="00033443" w:rsidTr="00033443">
        <w:tc>
          <w:tcPr>
            <w:tcW w:w="43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033443">
              <w:rPr>
                <w:rFonts w:cs="Times New Roman"/>
                <w:bCs/>
                <w:sz w:val="28"/>
                <w:szCs w:val="28"/>
              </w:rPr>
              <w:t>Имя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sz w:val="28"/>
                <w:szCs w:val="28"/>
                <w:lang w:val="ru-RU"/>
              </w:rPr>
            </w:pPr>
            <w:r w:rsidRPr="00033443">
              <w:rPr>
                <w:rFonts w:cs="Times New Roman"/>
                <w:sz w:val="28"/>
                <w:szCs w:val="28"/>
              </w:rPr>
              <w:t>_________________________________________</w:t>
            </w:r>
          </w:p>
        </w:tc>
      </w:tr>
      <w:tr w:rsidR="00033443" w:rsidRPr="00033443" w:rsidTr="00033443">
        <w:tc>
          <w:tcPr>
            <w:tcW w:w="43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033443">
              <w:rPr>
                <w:rFonts w:cs="Times New Roman"/>
                <w:bCs/>
                <w:sz w:val="28"/>
                <w:szCs w:val="28"/>
              </w:rPr>
              <w:t>Отчество (при наличии)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sz w:val="28"/>
                <w:szCs w:val="28"/>
                <w:lang w:val="ru-RU"/>
              </w:rPr>
            </w:pPr>
            <w:r w:rsidRPr="00033443">
              <w:rPr>
                <w:rFonts w:cs="Times New Roman"/>
                <w:sz w:val="28"/>
                <w:szCs w:val="28"/>
              </w:rPr>
              <w:t>_________________________________________</w:t>
            </w:r>
          </w:p>
        </w:tc>
      </w:tr>
      <w:tr w:rsidR="00033443" w:rsidRPr="00033443" w:rsidTr="00033443">
        <w:tc>
          <w:tcPr>
            <w:tcW w:w="43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033443">
              <w:rPr>
                <w:rFonts w:cs="Times New Roman"/>
                <w:bCs/>
                <w:sz w:val="28"/>
                <w:szCs w:val="28"/>
              </w:rPr>
              <w:t>ИНН (при наличии)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sz w:val="28"/>
                <w:szCs w:val="28"/>
                <w:lang w:val="ru-RU"/>
              </w:rPr>
            </w:pPr>
            <w:r w:rsidRPr="00033443">
              <w:rPr>
                <w:rFonts w:cs="Times New Roman"/>
                <w:sz w:val="28"/>
                <w:szCs w:val="28"/>
              </w:rPr>
              <w:t>_________________________________________</w:t>
            </w:r>
          </w:p>
        </w:tc>
      </w:tr>
      <w:tr w:rsidR="00033443" w:rsidRPr="00033443" w:rsidTr="00033443">
        <w:tc>
          <w:tcPr>
            <w:tcW w:w="43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033443">
              <w:rPr>
                <w:rFonts w:cs="Times New Roman"/>
                <w:bCs/>
                <w:sz w:val="28"/>
                <w:szCs w:val="28"/>
              </w:rPr>
              <w:t>Дата рождения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033443">
              <w:rPr>
                <w:rFonts w:cs="Times New Roman"/>
                <w:sz w:val="28"/>
                <w:szCs w:val="28"/>
              </w:rPr>
              <w:t>«___» __________ ______ г.</w:t>
            </w:r>
          </w:p>
        </w:tc>
      </w:tr>
      <w:tr w:rsidR="00033443" w:rsidRPr="00033443" w:rsidTr="00033443">
        <w:tc>
          <w:tcPr>
            <w:tcW w:w="43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033443">
              <w:rPr>
                <w:rFonts w:cs="Times New Roman"/>
                <w:bCs/>
                <w:sz w:val="28"/>
                <w:szCs w:val="28"/>
              </w:rPr>
              <w:t>Документ, удостоверяющий личность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sz w:val="28"/>
                <w:szCs w:val="28"/>
                <w:lang w:val="ru-RU"/>
              </w:rPr>
            </w:pPr>
            <w:r w:rsidRPr="00033443">
              <w:rPr>
                <w:rFonts w:cs="Times New Roman"/>
                <w:sz w:val="28"/>
                <w:szCs w:val="28"/>
              </w:rPr>
              <w:t>_________________________________________</w:t>
            </w:r>
          </w:p>
        </w:tc>
      </w:tr>
      <w:tr w:rsidR="00033443" w:rsidRPr="00033443" w:rsidTr="00033443">
        <w:tc>
          <w:tcPr>
            <w:tcW w:w="43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033443">
              <w:rPr>
                <w:rFonts w:cs="Times New Roman"/>
                <w:bCs/>
                <w:sz w:val="28"/>
                <w:szCs w:val="28"/>
              </w:rPr>
              <w:t>Серия и номер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sz w:val="28"/>
                <w:szCs w:val="28"/>
                <w:lang w:val="ru-RU"/>
              </w:rPr>
            </w:pPr>
            <w:r w:rsidRPr="00033443">
              <w:rPr>
                <w:rFonts w:cs="Times New Roman"/>
                <w:sz w:val="28"/>
                <w:szCs w:val="28"/>
              </w:rPr>
              <w:t>_________________________________________</w:t>
            </w:r>
          </w:p>
        </w:tc>
      </w:tr>
      <w:tr w:rsidR="00033443" w:rsidRPr="00033443" w:rsidTr="00033443">
        <w:tc>
          <w:tcPr>
            <w:tcW w:w="43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033443">
              <w:rPr>
                <w:rFonts w:cs="Times New Roman"/>
                <w:bCs/>
                <w:sz w:val="28"/>
                <w:szCs w:val="28"/>
              </w:rPr>
              <w:t>Дата выдачи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033443">
              <w:rPr>
                <w:rFonts w:cs="Times New Roman"/>
                <w:sz w:val="28"/>
                <w:szCs w:val="28"/>
              </w:rPr>
              <w:t>«___» __________ ______ г.</w:t>
            </w:r>
          </w:p>
        </w:tc>
      </w:tr>
      <w:tr w:rsidR="00033443" w:rsidRPr="00033443" w:rsidTr="00033443">
        <w:tc>
          <w:tcPr>
            <w:tcW w:w="43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033443">
              <w:rPr>
                <w:rFonts w:cs="Times New Roman"/>
                <w:bCs/>
                <w:sz w:val="28"/>
                <w:szCs w:val="28"/>
              </w:rPr>
              <w:t>Телефон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sz w:val="28"/>
                <w:szCs w:val="28"/>
                <w:lang w:val="ru-RU"/>
              </w:rPr>
            </w:pPr>
            <w:r w:rsidRPr="00033443">
              <w:rPr>
                <w:rFonts w:cs="Times New Roman"/>
                <w:sz w:val="28"/>
                <w:szCs w:val="28"/>
              </w:rPr>
              <w:t>_________________________________________</w:t>
            </w:r>
          </w:p>
        </w:tc>
      </w:tr>
      <w:tr w:rsidR="00033443" w:rsidRPr="00033443" w:rsidTr="00033443">
        <w:tc>
          <w:tcPr>
            <w:tcW w:w="43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bCs/>
                <w:sz w:val="28"/>
                <w:szCs w:val="28"/>
                <w:lang w:val="ru-RU"/>
              </w:rPr>
            </w:pPr>
            <w:r w:rsidRPr="00033443">
              <w:rPr>
                <w:rFonts w:cs="Times New Roman"/>
                <w:bCs/>
                <w:sz w:val="28"/>
                <w:szCs w:val="28"/>
              </w:rPr>
              <w:t>E</w:t>
            </w:r>
            <w:r w:rsidRPr="00033443">
              <w:rPr>
                <w:rFonts w:cs="Times New Roman"/>
                <w:bCs/>
                <w:sz w:val="28"/>
                <w:szCs w:val="28"/>
                <w:lang w:val="ru-RU"/>
              </w:rPr>
              <w:t>-</w:t>
            </w:r>
            <w:r w:rsidRPr="00033443">
              <w:rPr>
                <w:rFonts w:cs="Times New Roman"/>
                <w:bCs/>
                <w:sz w:val="28"/>
                <w:szCs w:val="28"/>
              </w:rPr>
              <w:t>mail</w:t>
            </w:r>
            <w:r w:rsidRPr="00033443">
              <w:rPr>
                <w:rFonts w:cs="Times New Roman"/>
                <w:bCs/>
                <w:sz w:val="28"/>
                <w:szCs w:val="28"/>
                <w:lang w:val="ru-RU"/>
              </w:rPr>
              <w:t xml:space="preserve"> для получения справки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sz w:val="28"/>
                <w:szCs w:val="28"/>
                <w:lang w:val="ru-RU"/>
              </w:rPr>
            </w:pPr>
            <w:r w:rsidRPr="00033443">
              <w:rPr>
                <w:rFonts w:cs="Times New Roman"/>
                <w:sz w:val="28"/>
                <w:szCs w:val="28"/>
              </w:rPr>
              <w:t>_________________________________________</w:t>
            </w:r>
          </w:p>
        </w:tc>
      </w:tr>
    </w:tbl>
    <w:p w:rsidR="00F3053F" w:rsidRPr="00033443" w:rsidRDefault="00000000" w:rsidP="00033443">
      <w:pPr>
        <w:spacing w:before="240"/>
        <w:rPr>
          <w:rFonts w:cs="Times New Roman"/>
          <w:sz w:val="28"/>
          <w:szCs w:val="28"/>
        </w:rPr>
      </w:pPr>
      <w:r w:rsidRPr="00033443">
        <w:rPr>
          <w:rFonts w:cs="Times New Roman"/>
          <w:b/>
          <w:color w:val="24262C"/>
          <w:sz w:val="28"/>
          <w:szCs w:val="28"/>
        </w:rPr>
        <w:t>2. Данные обучающегося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3"/>
        <w:gridCol w:w="5888"/>
      </w:tblGrid>
      <w:tr w:rsidR="00033443" w:rsidRPr="00033443" w:rsidTr="00033443">
        <w:trPr>
          <w:jc w:val="center"/>
        </w:trPr>
        <w:tc>
          <w:tcPr>
            <w:tcW w:w="42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033443">
              <w:rPr>
                <w:rFonts w:cs="Times New Roman"/>
                <w:bCs/>
                <w:sz w:val="28"/>
                <w:szCs w:val="28"/>
              </w:rPr>
              <w:t>Ф.И.О. обучающегося</w:t>
            </w:r>
          </w:p>
        </w:tc>
        <w:tc>
          <w:tcPr>
            <w:tcW w:w="588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bCs/>
                <w:sz w:val="28"/>
                <w:szCs w:val="28"/>
                <w:lang w:val="ru-RU"/>
              </w:rPr>
            </w:pPr>
            <w:r w:rsidRPr="00033443">
              <w:rPr>
                <w:rFonts w:cs="Times New Roman"/>
                <w:bCs/>
                <w:sz w:val="28"/>
                <w:szCs w:val="28"/>
              </w:rPr>
              <w:t>__________________________</w:t>
            </w:r>
            <w:r w:rsidR="00033443" w:rsidRPr="00033443">
              <w:rPr>
                <w:rFonts w:cs="Times New Roman"/>
                <w:bCs/>
                <w:sz w:val="28"/>
                <w:szCs w:val="28"/>
                <w:lang w:val="ru-RU"/>
              </w:rPr>
              <w:t>______</w:t>
            </w:r>
            <w:r w:rsidRPr="00033443">
              <w:rPr>
                <w:rFonts w:cs="Times New Roman"/>
                <w:bCs/>
                <w:sz w:val="28"/>
                <w:szCs w:val="28"/>
              </w:rPr>
              <w:t>________</w:t>
            </w:r>
          </w:p>
        </w:tc>
      </w:tr>
      <w:tr w:rsidR="00033443" w:rsidRPr="00033443" w:rsidTr="00033443">
        <w:trPr>
          <w:jc w:val="center"/>
        </w:trPr>
        <w:tc>
          <w:tcPr>
            <w:tcW w:w="42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033443">
              <w:rPr>
                <w:rFonts w:cs="Times New Roman"/>
                <w:bCs/>
                <w:sz w:val="28"/>
                <w:szCs w:val="28"/>
              </w:rPr>
              <w:t>Дата рождения</w:t>
            </w:r>
          </w:p>
        </w:tc>
        <w:tc>
          <w:tcPr>
            <w:tcW w:w="588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033443">
              <w:rPr>
                <w:rFonts w:cs="Times New Roman"/>
                <w:bCs/>
                <w:sz w:val="28"/>
                <w:szCs w:val="28"/>
              </w:rPr>
              <w:t>«___» __________ ______ г.</w:t>
            </w:r>
          </w:p>
        </w:tc>
      </w:tr>
      <w:tr w:rsidR="00033443" w:rsidRPr="00033443" w:rsidTr="00033443">
        <w:trPr>
          <w:jc w:val="center"/>
        </w:trPr>
        <w:tc>
          <w:tcPr>
            <w:tcW w:w="42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033443">
              <w:rPr>
                <w:rFonts w:cs="Times New Roman"/>
                <w:bCs/>
                <w:sz w:val="28"/>
                <w:szCs w:val="28"/>
              </w:rPr>
              <w:t>Налогоплательщик и обучающийся</w:t>
            </w:r>
          </w:p>
        </w:tc>
        <w:tc>
          <w:tcPr>
            <w:tcW w:w="588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3053F" w:rsidRPr="00033443" w:rsidRDefault="00000000" w:rsidP="00033443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033443">
              <w:rPr>
                <w:rFonts w:ascii="Segoe UI Symbol" w:hAnsi="Segoe UI Symbol" w:cs="Segoe UI Symbol"/>
                <w:bCs/>
                <w:sz w:val="28"/>
                <w:szCs w:val="28"/>
              </w:rPr>
              <w:t>☐</w:t>
            </w:r>
            <w:r w:rsidRPr="00033443">
              <w:rPr>
                <w:rFonts w:cs="Times New Roman"/>
                <w:bCs/>
                <w:sz w:val="28"/>
                <w:szCs w:val="28"/>
              </w:rPr>
              <w:t xml:space="preserve"> одно лицо   </w:t>
            </w:r>
            <w:r w:rsidRPr="00033443">
              <w:rPr>
                <w:rFonts w:ascii="Segoe UI Symbol" w:hAnsi="Segoe UI Symbol" w:cs="Segoe UI Symbol"/>
                <w:bCs/>
                <w:sz w:val="28"/>
                <w:szCs w:val="28"/>
              </w:rPr>
              <w:t>☐</w:t>
            </w:r>
            <w:r w:rsidRPr="00033443">
              <w:rPr>
                <w:rFonts w:cs="Times New Roman"/>
                <w:bCs/>
                <w:sz w:val="28"/>
                <w:szCs w:val="28"/>
              </w:rPr>
              <w:t xml:space="preserve"> разные лица</w:t>
            </w:r>
          </w:p>
        </w:tc>
      </w:tr>
    </w:tbl>
    <w:p w:rsidR="00F3053F" w:rsidRPr="00033443" w:rsidRDefault="00F3053F">
      <w:pPr>
        <w:spacing w:after="0"/>
        <w:rPr>
          <w:rFonts w:cs="Times New Roman"/>
          <w:sz w:val="28"/>
          <w:szCs w:val="28"/>
        </w:rPr>
      </w:pPr>
    </w:p>
    <w:p w:rsidR="00F3053F" w:rsidRPr="00033443" w:rsidRDefault="00000000">
      <w:pPr>
        <w:spacing w:after="140"/>
        <w:ind w:firstLine="567"/>
        <w:jc w:val="both"/>
        <w:rPr>
          <w:rFonts w:cs="Times New Roman"/>
          <w:sz w:val="28"/>
          <w:szCs w:val="28"/>
          <w:lang w:val="ru-RU"/>
        </w:rPr>
      </w:pPr>
      <w:r w:rsidRPr="00033443">
        <w:rPr>
          <w:rFonts w:cs="Times New Roman"/>
          <w:sz w:val="28"/>
          <w:szCs w:val="28"/>
          <w:lang w:val="ru-RU"/>
        </w:rPr>
        <w:t>Прошу подготовить справку об оплате образовательных услуг для представления в налоговый орган по форме КНД 1151158 за указанный отчётный год и направить её на указанную мной электронную почту.</w:t>
      </w:r>
    </w:p>
    <w:p w:rsidR="00F3053F" w:rsidRPr="00033443" w:rsidRDefault="00000000">
      <w:pPr>
        <w:spacing w:after="140"/>
        <w:ind w:firstLine="567"/>
        <w:jc w:val="both"/>
        <w:rPr>
          <w:rFonts w:cs="Times New Roman"/>
          <w:sz w:val="28"/>
          <w:szCs w:val="28"/>
          <w:lang w:val="ru-RU"/>
        </w:rPr>
      </w:pPr>
      <w:r w:rsidRPr="00033443">
        <w:rPr>
          <w:rFonts w:cs="Times New Roman"/>
          <w:sz w:val="28"/>
          <w:szCs w:val="28"/>
          <w:lang w:val="ru-RU"/>
        </w:rPr>
        <w:lastRenderedPageBreak/>
        <w:t>Подтверждаю достоверность предоставленных сведений. При необходимости уточнения данных прошу связаться со мной по указанному телефону или электронной почте.</w:t>
      </w:r>
    </w:p>
    <w:p w:rsidR="00F3053F" w:rsidRPr="00033443" w:rsidRDefault="00F3053F">
      <w:pPr>
        <w:rPr>
          <w:rFonts w:cs="Times New Roman"/>
          <w:sz w:val="28"/>
          <w:szCs w:val="28"/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F3053F" w:rsidRPr="00033443">
        <w:trPr>
          <w:jc w:val="center"/>
        </w:trPr>
        <w:tc>
          <w:tcPr>
            <w:tcW w:w="332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F3053F" w:rsidRPr="00033443" w:rsidRDefault="00000000" w:rsidP="00033443">
            <w:pPr>
              <w:jc w:val="center"/>
              <w:rPr>
                <w:rFonts w:cs="Times New Roman"/>
                <w:sz w:val="28"/>
                <w:szCs w:val="28"/>
              </w:rPr>
            </w:pPr>
            <w:r w:rsidRPr="00033443">
              <w:rPr>
                <w:rFonts w:cs="Times New Roman"/>
                <w:sz w:val="28"/>
                <w:szCs w:val="28"/>
              </w:rPr>
              <w:t>«___» __________ 20___ г.</w:t>
            </w:r>
          </w:p>
        </w:tc>
        <w:tc>
          <w:tcPr>
            <w:tcW w:w="332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F3053F" w:rsidRPr="00033443" w:rsidRDefault="00000000" w:rsidP="00033443">
            <w:pPr>
              <w:jc w:val="center"/>
              <w:rPr>
                <w:rFonts w:cs="Times New Roman"/>
                <w:sz w:val="28"/>
                <w:szCs w:val="28"/>
              </w:rPr>
            </w:pPr>
            <w:r w:rsidRPr="00033443">
              <w:rPr>
                <w:rFonts w:cs="Times New Roman"/>
                <w:sz w:val="28"/>
                <w:szCs w:val="28"/>
              </w:rPr>
              <w:t>__________________</w:t>
            </w:r>
          </w:p>
        </w:tc>
        <w:tc>
          <w:tcPr>
            <w:tcW w:w="332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F3053F" w:rsidRPr="00033443" w:rsidRDefault="00000000" w:rsidP="00033443">
            <w:pPr>
              <w:jc w:val="center"/>
              <w:rPr>
                <w:rFonts w:cs="Times New Roman"/>
                <w:sz w:val="28"/>
                <w:szCs w:val="28"/>
              </w:rPr>
            </w:pPr>
            <w:r w:rsidRPr="00033443">
              <w:rPr>
                <w:rFonts w:cs="Times New Roman"/>
                <w:sz w:val="28"/>
                <w:szCs w:val="28"/>
              </w:rPr>
              <w:t>__________________</w:t>
            </w:r>
          </w:p>
        </w:tc>
      </w:tr>
      <w:tr w:rsidR="00F3053F" w:rsidRPr="00033443">
        <w:trPr>
          <w:jc w:val="center"/>
        </w:trPr>
        <w:tc>
          <w:tcPr>
            <w:tcW w:w="332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F3053F" w:rsidRPr="00033443" w:rsidRDefault="00000000" w:rsidP="00033443">
            <w:pPr>
              <w:jc w:val="center"/>
              <w:rPr>
                <w:rFonts w:cs="Times New Roman"/>
                <w:sz w:val="28"/>
                <w:szCs w:val="28"/>
              </w:rPr>
            </w:pPr>
            <w:r w:rsidRPr="00033443">
              <w:rPr>
                <w:rFonts w:cs="Times New Roman"/>
                <w:color w:val="6F7785"/>
                <w:sz w:val="28"/>
                <w:szCs w:val="28"/>
              </w:rPr>
              <w:t>Дата</w:t>
            </w:r>
          </w:p>
        </w:tc>
        <w:tc>
          <w:tcPr>
            <w:tcW w:w="332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F3053F" w:rsidRPr="00033443" w:rsidRDefault="00000000" w:rsidP="00033443">
            <w:pPr>
              <w:jc w:val="center"/>
              <w:rPr>
                <w:rFonts w:cs="Times New Roman"/>
                <w:sz w:val="28"/>
                <w:szCs w:val="28"/>
              </w:rPr>
            </w:pPr>
            <w:r w:rsidRPr="00033443">
              <w:rPr>
                <w:rFonts w:cs="Times New Roman"/>
                <w:color w:val="6F7785"/>
                <w:sz w:val="28"/>
                <w:szCs w:val="28"/>
              </w:rPr>
              <w:t>Подпись</w:t>
            </w:r>
          </w:p>
        </w:tc>
        <w:tc>
          <w:tcPr>
            <w:tcW w:w="332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F3053F" w:rsidRPr="00033443" w:rsidRDefault="00000000" w:rsidP="00033443">
            <w:pPr>
              <w:jc w:val="center"/>
              <w:rPr>
                <w:rFonts w:cs="Times New Roman"/>
                <w:sz w:val="28"/>
                <w:szCs w:val="28"/>
              </w:rPr>
            </w:pPr>
            <w:r w:rsidRPr="00033443">
              <w:rPr>
                <w:rFonts w:cs="Times New Roman"/>
                <w:color w:val="6F7785"/>
                <w:sz w:val="28"/>
                <w:szCs w:val="28"/>
              </w:rPr>
              <w:t>Ф.И.О.</w:t>
            </w:r>
          </w:p>
        </w:tc>
      </w:tr>
    </w:tbl>
    <w:p w:rsidR="001F6321" w:rsidRPr="00033443" w:rsidRDefault="001F6321">
      <w:pPr>
        <w:rPr>
          <w:rFonts w:cs="Times New Roman"/>
          <w:sz w:val="28"/>
          <w:szCs w:val="28"/>
        </w:rPr>
      </w:pPr>
    </w:p>
    <w:sectPr w:rsidR="001F6321" w:rsidRPr="00033443" w:rsidSect="00034616">
      <w:footerReference w:type="default" r:id="rId8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D38CE" w:rsidRDefault="00CD38CE">
      <w:pPr>
        <w:spacing w:after="0" w:line="240" w:lineRule="auto"/>
      </w:pPr>
      <w:r>
        <w:separator/>
      </w:r>
    </w:p>
  </w:endnote>
  <w:endnote w:type="continuationSeparator" w:id="0">
    <w:p w:rsidR="00CD38CE" w:rsidRDefault="00CD3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3053F" w:rsidRPr="00033443" w:rsidRDefault="00F3053F">
    <w:pPr>
      <w:pStyle w:val="a7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D38CE" w:rsidRDefault="00CD38CE">
      <w:pPr>
        <w:spacing w:after="0" w:line="240" w:lineRule="auto"/>
      </w:pPr>
      <w:r>
        <w:separator/>
      </w:r>
    </w:p>
  </w:footnote>
  <w:footnote w:type="continuationSeparator" w:id="0">
    <w:p w:rsidR="00CD38CE" w:rsidRDefault="00CD38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1163574">
    <w:abstractNumId w:val="8"/>
  </w:num>
  <w:num w:numId="2" w16cid:durableId="1352219998">
    <w:abstractNumId w:val="6"/>
  </w:num>
  <w:num w:numId="3" w16cid:durableId="83456683">
    <w:abstractNumId w:val="5"/>
  </w:num>
  <w:num w:numId="4" w16cid:durableId="1747458897">
    <w:abstractNumId w:val="4"/>
  </w:num>
  <w:num w:numId="5" w16cid:durableId="1777360737">
    <w:abstractNumId w:val="7"/>
  </w:num>
  <w:num w:numId="6" w16cid:durableId="1813715017">
    <w:abstractNumId w:val="3"/>
  </w:num>
  <w:num w:numId="7" w16cid:durableId="812716450">
    <w:abstractNumId w:val="2"/>
  </w:num>
  <w:num w:numId="8" w16cid:durableId="373043606">
    <w:abstractNumId w:val="1"/>
  </w:num>
  <w:num w:numId="9" w16cid:durableId="140778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892"/>
    <w:rsid w:val="00033443"/>
    <w:rsid w:val="00034616"/>
    <w:rsid w:val="0006063C"/>
    <w:rsid w:val="0015074B"/>
    <w:rsid w:val="001F6321"/>
    <w:rsid w:val="0029639D"/>
    <w:rsid w:val="00326F90"/>
    <w:rsid w:val="00505E87"/>
    <w:rsid w:val="007E43DF"/>
    <w:rsid w:val="00947983"/>
    <w:rsid w:val="00AA1D8D"/>
    <w:rsid w:val="00B47730"/>
    <w:rsid w:val="00BE6FE8"/>
    <w:rsid w:val="00CB0664"/>
    <w:rsid w:val="00CD38CE"/>
    <w:rsid w:val="00F3053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CF7499"/>
  <w14:defaultImageDpi w14:val="300"/>
  <w15:docId w15:val="{5453EC1C-974C-774F-A281-BFEDF6313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4262C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4262C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4262C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Amir Akhmed</cp:lastModifiedBy>
  <cp:revision>3</cp:revision>
  <dcterms:created xsi:type="dcterms:W3CDTF">2026-10-24T18:22:00Z</dcterms:created>
  <dcterms:modified xsi:type="dcterms:W3CDTF">2026-10-24T18:45:00Z</dcterms:modified>
  <cp:category/>
</cp:coreProperties>
</file>